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24F6" w:rsidRPr="00A35BE6" w:rsidRDefault="00C2031E">
      <w:pPr>
        <w:pStyle w:val="aa"/>
        <w:rPr>
          <w:lang w:val="ru-RU"/>
        </w:rPr>
      </w:pPr>
      <w:r w:rsidRPr="00A35BE6">
        <w:rPr>
          <w:lang w:val="ru-RU"/>
        </w:rPr>
        <w:t>Публичная оферта</w:t>
      </w:r>
    </w:p>
    <w:p w:rsidR="004C24F6" w:rsidRPr="00A35BE6" w:rsidRDefault="00C2031E">
      <w:pPr>
        <w:pStyle w:val="ac"/>
        <w:rPr>
          <w:lang w:val="ru-RU"/>
        </w:rPr>
      </w:pPr>
      <w:r w:rsidRPr="00A35BE6">
        <w:rPr>
          <w:lang w:val="ru-RU"/>
        </w:rPr>
        <w:t xml:space="preserve">Подготовка претензии в сервисе </w:t>
      </w:r>
      <w:proofErr w:type="spellStart"/>
      <w:r>
        <w:t>LexAssist</w:t>
      </w:r>
      <w:proofErr w:type="spellEnd"/>
    </w:p>
    <w:p w:rsidR="004C24F6" w:rsidRPr="00A35BE6" w:rsidRDefault="00C2031E">
      <w:pPr>
        <w:rPr>
          <w:lang w:val="ru-RU"/>
        </w:rPr>
      </w:pPr>
      <w:r w:rsidRPr="00A35BE6">
        <w:rPr>
          <w:lang w:val="ru-RU"/>
        </w:rPr>
        <w:t xml:space="preserve">Индивидуальный предприниматель Буланова Ольга Дмитриевна, ИНН 503211282836, ОГРНИП 316503200074296 (далее — Исполнитель), предлагает заключить договор на условиях </w:t>
      </w:r>
      <w:r w:rsidRPr="00A35BE6">
        <w:rPr>
          <w:lang w:val="ru-RU"/>
        </w:rPr>
        <w:t xml:space="preserve">настоящей оферты. Цена одного заказа — 500 рублей. Результат — одна претензия по одной ситуации в формате </w:t>
      </w:r>
      <w:r>
        <w:t>DOCX</w:t>
      </w:r>
      <w:r w:rsidRPr="00A35BE6">
        <w:rPr>
          <w:lang w:val="ru-RU"/>
        </w:rPr>
        <w:t xml:space="preserve"/>
      </w:r>
      <w:r w:rsidR="00A35BE6">
        <w:rPr>
          <w:lang w:val="ru-RU"/>
        </w:rPr>
        <w:t xml:space="preserve"/>
      </w:r>
      <w:r w:rsidRPr="00A35BE6">
        <w:rPr>
          <w:lang w:val="ru-RU"/>
        </w:rPr>
        <w:t xml:space="preserve"/>
      </w:r>
      <w:r>
        <w:t xml:space="preserve"/>
      </w:r>
      <w:r w:rsidRPr="00A35BE6">
        <w:rPr>
          <w:lang w:val="ru-RU"/>
        </w:rPr>
        <w:t xml:space="preserve">, подготовленная </w:t>
      </w:r>
      <w:r w:rsidRPr="00A35BE6">
        <w:rPr>
          <w:lang w:val="ru-RU"/>
        </w:rPr>
        <w:t>на основании материалов Заказчика.</w:t>
      </w:r>
    </w:p>
    <w:p w:rsidR="004C24F6" w:rsidRPr="00A35BE6" w:rsidRDefault="00C2031E">
      <w:pPr>
        <w:pStyle w:val="1"/>
        <w:rPr>
          <w:lang w:val="ru-RU"/>
        </w:rPr>
      </w:pPr>
      <w:r w:rsidRPr="00A35BE6">
        <w:rPr>
          <w:lang w:val="ru-RU"/>
        </w:rPr>
        <w:t>1 Участники и основные понятия</w:t>
      </w:r>
    </w:p>
    <w:p w:rsidR="004C24F6" w:rsidRPr="00A35BE6" w:rsidRDefault="00C2031E">
      <w:pPr>
        <w:rPr>
          <w:lang w:val="ru-RU"/>
        </w:rPr>
      </w:pPr>
      <w:r w:rsidRPr="00A35BE6">
        <w:rPr>
          <w:lang w:val="ru-RU"/>
        </w:rPr>
        <w:t>1.1. Сервис — сервис</w:t>
      </w:r>
      <w:r w:rsidRPr="00A35BE6">
        <w:rPr>
          <w:lang w:val="ru-RU"/>
        </w:rPr>
        <w:t xml:space="preserve"> подготовки претензий </w:t>
      </w:r>
      <w:proofErr w:type="spellStart"/>
      <w:r>
        <w:t>LexAssist</w:t>
      </w:r>
      <w:proofErr w:type="spellEnd"/>
      <w:r w:rsidRPr="00A35BE6">
        <w:rPr>
          <w:lang w:val="ru-RU"/>
        </w:rPr>
        <w:t xml:space="preserve"> на сайте </w:t>
      </w:r>
      <w:r w:rsidR="006F06A1" w:rsidRPr="006F06A1">
        <w:rPr>
          <w:lang w:val="ru-RU"/>
        </w:rPr>
        <w:t>https://lexassist.ru</w:t>
      </w:r>
      <w:r w:rsidR="006F06A1" w:rsidRPr="006F06A1">
        <w:rPr>
          <w:b/>
          <w:lang w:val="ru-RU"/>
        </w:rPr>
        <w:t xml:space="preserve"> </w:t>
      </w:r>
      <w:r w:rsidRPr="00A35BE6">
        <w:rPr>
          <w:lang w:val="ru-RU"/>
        </w:rPr>
        <w:t>(далее — Сайт).</w:t>
      </w:r>
    </w:p>
    <w:p w:rsidR="004C24F6" w:rsidRPr="00A35BE6" w:rsidRDefault="00C2031E">
      <w:pPr>
        <w:rPr>
          <w:lang w:val="ru-RU"/>
        </w:rPr>
      </w:pPr>
      <w:r w:rsidRPr="00A35BE6">
        <w:rPr>
          <w:lang w:val="ru-RU"/>
        </w:rPr>
        <w:t>1.2. Заказчик — дееспособное физическое лицо, индивидуальный предприниматель либо юридическое лицо, действующее через уполномоченного представителя. Если услугой пользу</w:t>
      </w:r>
      <w:r w:rsidRPr="00A35BE6">
        <w:rPr>
          <w:lang w:val="ru-RU"/>
        </w:rPr>
        <w:t>ются для личных, семейных, домашних или иных нужд, не связанных с предпринимательской деятельностью, применяются также обязательные нормы законодательства о защите прав потребителей.</w:t>
      </w:r>
    </w:p>
    <w:p w:rsidR="004C24F6" w:rsidRPr="00A35BE6" w:rsidRDefault="00C2031E">
      <w:pPr>
        <w:rPr>
          <w:lang w:val="ru-RU"/>
        </w:rPr>
      </w:pPr>
      <w:r w:rsidRPr="00A35BE6">
        <w:rPr>
          <w:lang w:val="ru-RU"/>
        </w:rPr>
        <w:t>1.3. Заказ — заявка на подготовку одной претензии по одной фактической си</w:t>
      </w:r>
      <w:r w:rsidRPr="00A35BE6">
        <w:rPr>
          <w:lang w:val="ru-RU"/>
        </w:rPr>
        <w:t>туации, определённой описанием, материалами, уточнениями и показанным перед оплатой предварительным просмотром</w:t>
      </w:r>
      <w:r w:rsidRPr="00A35BE6">
        <w:rPr>
          <w:lang w:val="ru-RU"/>
        </w:rPr>
        <w:t>. Для самостоятельного нового спора с</w:t>
      </w:r>
      <w:r w:rsidRPr="00A35BE6">
        <w:rPr>
          <w:lang w:val="ru-RU"/>
        </w:rPr>
        <w:t>оздаётся новый заказ.</w:t>
      </w:r>
    </w:p>
    <w:p w:rsidR="004C24F6" w:rsidRPr="00A35BE6" w:rsidRDefault="00C2031E">
      <w:pPr>
        <w:rPr>
          <w:lang w:val="ru-RU"/>
        </w:rPr>
      </w:pPr>
      <w:r w:rsidRPr="00A35BE6">
        <w:rPr>
          <w:lang w:val="ru-RU"/>
        </w:rPr>
        <w:t>1.4. Претензия — обращение к лицу, от которого Заказчик требует исполнить обязательство, устранить нарушение, вернуть денежные средства, возместить убытки либо удовлетворить иное обоснованное требование в досудебном порядке. Сервис пр</w:t>
      </w:r>
      <w:r w:rsidRPr="00A35BE6">
        <w:rPr>
          <w:lang w:val="ru-RU"/>
        </w:rPr>
        <w:t>инимает разные виды претензий по российскому праву, включая потребительские, договорные, коммерческие, жилищные, страховые и транспортные.</w:t>
      </w:r>
    </w:p>
    <w:p w:rsidR="004C24F6" w:rsidRPr="00A35BE6" w:rsidRDefault="00C2031E">
      <w:pPr>
        <w:rPr>
          <w:lang w:val="ru-RU"/>
        </w:rPr>
      </w:pPr>
      <w:r w:rsidRPr="00A35BE6">
        <w:rPr>
          <w:lang w:val="ru-RU"/>
        </w:rPr>
        <w:t>1.5. Предварительный просмотр, или превью, — доступный до оплаты фрагмент подготовленного по заявке документа. Резуль</w:t>
      </w:r>
      <w:r w:rsidRPr="00A35BE6">
        <w:rPr>
          <w:lang w:val="ru-RU"/>
        </w:rPr>
        <w:t xml:space="preserve">тат — полный текст соответствующей претензии в открывающемся файле </w:t>
      </w:r>
      <w:r>
        <w:t>DOCX</w:t>
      </w:r>
      <w:r w:rsidRPr="00A35BE6">
        <w:rPr>
          <w:lang w:val="ru-RU"/>
        </w:rPr>
        <w:t xml:space="preserve"/>
      </w:r>
      <w:r w:rsidR="006F06A1">
        <w:rPr>
          <w:lang w:val="ru-RU"/>
        </w:rPr>
        <w:t xml:space="preserve"/>
      </w:r>
      <w:r w:rsidRPr="00A35BE6">
        <w:rPr>
          <w:lang w:val="ru-RU"/>
        </w:rPr>
        <w:t xml:space="preserve"/>
      </w:r>
      <w:r>
        <w:t xml:space="preserve"/>
      </w:r>
      <w:r w:rsidRPr="00A35BE6">
        <w:rPr>
          <w:lang w:val="ru-RU"/>
        </w:rPr>
        <w:t>. Карточка заказа — защищённая страница с его состоянием, материалами и доступными файлами.</w:t>
      </w:r>
    </w:p>
    <w:p w:rsidR="004C24F6" w:rsidRPr="00A35BE6" w:rsidRDefault="00C2031E">
      <w:pPr>
        <w:pStyle w:val="1"/>
        <w:rPr>
          <w:lang w:val="ru-RU"/>
        </w:rPr>
      </w:pPr>
      <w:r w:rsidRPr="00A35BE6">
        <w:rPr>
          <w:lang w:val="ru-RU"/>
        </w:rPr>
        <w:t>2 Содержание услуги</w:t>
      </w:r>
    </w:p>
    <w:p w:rsidR="004C24F6" w:rsidRPr="00A35BE6" w:rsidRDefault="00C2031E">
      <w:pPr>
        <w:rPr>
          <w:lang w:val="ru-RU"/>
        </w:rPr>
      </w:pPr>
      <w:r w:rsidRPr="00A35BE6">
        <w:rPr>
          <w:lang w:val="ru-RU"/>
        </w:rPr>
        <w:t>2.1. Исполнитель оказывает услугу по автоматизированной подготовке</w:t>
      </w:r>
      <w:r w:rsidRPr="00A35BE6">
        <w:rPr>
          <w:lang w:val="ru-RU"/>
        </w:rPr>
        <w:t xml:space="preserve"> претензии на основании сведений и документов Заказчика и предоставляет полный результат в формате </w:t>
      </w:r>
      <w:r w:rsidR="006F06A1">
        <w:t>DOCX</w:t>
      </w:r>
      <w:r w:rsidR="006F06A1" w:rsidRPr="006F06A1">
        <w:rPr>
          <w:lang w:val="ru-RU"/>
        </w:rPr>
        <w:t xml:space="preserve"/>
      </w:r>
      <w:r w:rsidR="006F06A1">
        <w:t xml:space="preserve"/>
      </w:r>
      <w:r w:rsidRPr="00A35BE6">
        <w:rPr>
          <w:lang w:val="ru-RU"/>
        </w:rPr>
        <w:t>. При обработке материалов и подготовке используются технологии искусственного интеллекта</w:t>
      </w:r>
      <w:r w:rsidR="0082421D" w:rsidRPr="0082421D">
        <w:rPr>
          <w:lang w:val="ru-RU"/>
        </w:rPr>
        <w:t xml:space="preserve">/ </w:t>
      </w:r>
      <w:r w:rsidRPr="00A35BE6">
        <w:rPr>
          <w:lang w:val="ru-RU"/>
        </w:rPr>
        <w:t xml:space="preserve">Обязательная индивидуальная проверка </w:t>
      </w:r>
      <w:r w:rsidRPr="00A35BE6">
        <w:rPr>
          <w:lang w:val="ru-RU"/>
        </w:rPr>
        <w:t>подготовленного документа юристом в цену 500 рублей не входит.</w:t>
      </w:r>
    </w:p>
    <w:p w:rsidR="004C24F6" w:rsidRPr="00A35BE6" w:rsidRDefault="00C2031E">
      <w:pPr>
        <w:rPr>
          <w:lang w:val="ru-RU"/>
        </w:rPr>
      </w:pPr>
      <w:r w:rsidRPr="00A35BE6">
        <w:rPr>
          <w:lang w:val="ru-RU"/>
        </w:rPr>
        <w:t>2.2. Описание ситуации, загрузка материалов, необходимые уточнения, предварительная подготовка и превью предоставляются бесплатно. Эти действия не создают обязанности оплатить заказ. Заказчик в</w:t>
      </w:r>
      <w:r w:rsidRPr="00A35BE6">
        <w:rPr>
          <w:lang w:val="ru-RU"/>
        </w:rPr>
        <w:t>праве остановиться до оплаты.</w:t>
      </w:r>
    </w:p>
    <w:p w:rsidR="004C24F6" w:rsidRPr="00A35BE6" w:rsidRDefault="00C2031E">
      <w:pPr>
        <w:rPr>
          <w:lang w:val="ru-RU"/>
        </w:rPr>
      </w:pPr>
      <w:r w:rsidRPr="00A35BE6">
        <w:rPr>
          <w:lang w:val="ru-RU"/>
        </w:rPr>
        <w:t xml:space="preserve">2.3. В цену входят предоставление полного документа в </w:t>
      </w:r>
      <w:r w:rsidR="0082421D">
        <w:rPr>
          <w:lang w:val="ru-RU"/>
        </w:rPr>
        <w:t xml:space="preserve"/>
      </w:r>
      <w:r w:rsidRPr="00A35BE6">
        <w:rPr>
          <w:lang w:val="ru-RU"/>
        </w:rPr>
        <w:t xml:space="preserve">формате DOCX, повторное скачивание в течение срока доступности и исправления, предусмотренные разделом 6. Подписка и автоматические повторные платежи</w:t>
      </w:r>
      <w:r>
        <w:t xml:space="preserve"/>
      </w:r>
      <w:r w:rsidRPr="00A35BE6">
        <w:rPr>
          <w:lang w:val="ru-RU"/>
        </w:rPr>
        <w:t xml:space="preserve"> настоящим договором не предусмотрены.</w:t>
      </w:r>
    </w:p>
    <w:p w:rsidR="004C24F6" w:rsidRPr="00A35BE6" w:rsidRDefault="00C2031E">
      <w:pPr>
        <w:rPr>
          <w:lang w:val="ru-RU"/>
        </w:rPr>
      </w:pPr>
      <w:r w:rsidRPr="00A35BE6">
        <w:rPr>
          <w:lang w:val="ru-RU"/>
        </w:rPr>
        <w:t>2.4. Услуга не включает отправку претензии адресату, почтовые расходы, переговоры от имени Заказчика, подачу документов в суд, представительство, подготовку иска или других самостоятельных процессуальных документов</w:t>
      </w:r>
      <w:r w:rsidRPr="00A35BE6">
        <w:rPr>
          <w:lang w:val="ru-RU"/>
        </w:rPr>
        <w:t>. Дополнительная работа юриста возможна только по отдельному соглашению с явно указанной стоимостью.</w:t>
      </w:r>
    </w:p>
    <w:p w:rsidR="004C24F6" w:rsidRPr="00A35BE6" w:rsidRDefault="00C2031E">
      <w:pPr>
        <w:rPr>
          <w:lang w:val="ru-RU"/>
        </w:rPr>
      </w:pPr>
      <w:r w:rsidRPr="00A35BE6">
        <w:rPr>
          <w:lang w:val="ru-RU"/>
        </w:rPr>
        <w:lastRenderedPageBreak/>
        <w:t>2.5. Исполнитель не гарантирует удовлетворение требований адресатом, возврат денег, взыскание определённой суммы или исход судебного разбирательства. Эти о</w:t>
      </w:r>
      <w:r w:rsidRPr="00A35BE6">
        <w:rPr>
          <w:lang w:val="ru-RU"/>
        </w:rPr>
        <w:t>бстоятельства зависят также от доказательств, поведения других лиц и решений компетентных органов.</w:t>
      </w:r>
    </w:p>
    <w:p w:rsidR="004C24F6" w:rsidRPr="00A35BE6" w:rsidRDefault="00C2031E">
      <w:pPr>
        <w:pStyle w:val="1"/>
        <w:rPr>
          <w:lang w:val="ru-RU"/>
        </w:rPr>
      </w:pPr>
      <w:r w:rsidRPr="00A35BE6">
        <w:rPr>
          <w:lang w:val="ru-RU"/>
        </w:rPr>
        <w:t>3 Оформление заказа и заключение договора</w:t>
      </w:r>
    </w:p>
    <w:p w:rsidR="004C24F6" w:rsidRPr="00A35BE6" w:rsidRDefault="00C2031E">
      <w:pPr>
        <w:rPr>
          <w:lang w:val="ru-RU"/>
        </w:rPr>
      </w:pPr>
      <w:r w:rsidRPr="00A35BE6">
        <w:rPr>
          <w:lang w:val="ru-RU"/>
        </w:rPr>
        <w:t>3.1. Зака</w:t>
      </w:r>
      <w:r w:rsidRPr="00A35BE6">
        <w:rPr>
          <w:lang w:val="ru-RU"/>
        </w:rPr>
        <w:t>зчик описывает ситуацию и желаемый результат,</w:t>
      </w:r>
      <w:r w:rsidR="0082421D">
        <w:rPr>
          <w:lang w:val="ru-RU"/>
        </w:rPr>
        <w:t xml:space="preserve"> </w:t>
      </w:r>
      <w:r w:rsidRPr="00A35BE6">
        <w:rPr>
          <w:lang w:val="ru-RU"/>
        </w:rPr>
        <w:t xml:space="preserve">прикладывает документы и отвечает на необходимые уточняющие вопросы. </w:t>
      </w:r>
      <w:r w:rsidRPr="00A35BE6">
        <w:rPr>
          <w:lang w:val="ru-RU"/>
        </w:rPr>
        <w:t>Поддерживаемые форматы, ограничения размера и количества файлов сообщаются до загрузки. О нечитаемом</w:t>
      </w:r>
      <w:r w:rsidRPr="00A35BE6">
        <w:rPr>
          <w:lang w:val="ru-RU"/>
        </w:rPr>
        <w:t xml:space="preserve"> или неподдерживаемом материале Сервис сообщает; его нельзя считать учтённым лишь на основании факта загрузки.</w:t>
      </w:r>
    </w:p>
    <w:p w:rsidR="004C24F6" w:rsidRPr="00A35BE6" w:rsidRDefault="00C2031E">
      <w:pPr>
        <w:rPr>
          <w:lang w:val="ru-RU"/>
        </w:rPr>
      </w:pPr>
      <w:r w:rsidRPr="00A35BE6">
        <w:rPr>
          <w:lang w:val="ru-RU"/>
        </w:rPr>
        <w:t>3.2. Заказчик сообщает достоверные сведения в известном ему объёме и предоставляет материалы правомерно. Сервис не требует выбрать юридическую ка</w:t>
      </w:r>
      <w:r w:rsidRPr="00A35BE6">
        <w:rPr>
          <w:lang w:val="ru-RU"/>
        </w:rPr>
        <w:t>тегорию спора до начала работы. При недостаточности сведений, отсутствии допустимого порядка обработки или невозможности подготовить результат Исполнитель сообщает об этом до оплаты либо разрешает вопрос по правилам раздела 7, если оплата уже принята.</w:t>
      </w:r>
    </w:p>
    <w:p w:rsidR="004C24F6" w:rsidRPr="00A35BE6" w:rsidRDefault="00C2031E">
      <w:pPr>
        <w:rPr>
          <w:lang w:val="ru-RU"/>
        </w:rPr>
      </w:pPr>
      <w:r w:rsidRPr="00A35BE6">
        <w:rPr>
          <w:lang w:val="ru-RU"/>
        </w:rPr>
        <w:t>3.3.</w:t>
      </w:r>
      <w:r w:rsidRPr="00A35BE6">
        <w:rPr>
          <w:lang w:val="ru-RU"/>
        </w:rPr>
        <w:t xml:space="preserve"> До оплаты Заказчику доступны превью, цена, состав результата, настоящая оферта и Политика обработки персональных данных. Для получения уведомления, ссылки на заказ и платёжного документа Заказчик указывает электронную почту либо иной доступный в Сервисе к</w:t>
      </w:r>
      <w:r w:rsidRPr="00A35BE6">
        <w:rPr>
          <w:lang w:val="ru-RU"/>
        </w:rPr>
        <w:t>онтакт, позволяющий выполнить эти функции.</w:t>
      </w:r>
    </w:p>
    <w:p w:rsidR="004C24F6" w:rsidRPr="00A35BE6" w:rsidRDefault="00C2031E">
      <w:pPr>
        <w:rPr>
          <w:lang w:val="ru-RU"/>
        </w:rPr>
      </w:pPr>
      <w:r w:rsidRPr="00A35BE6">
        <w:rPr>
          <w:lang w:val="ru-RU"/>
        </w:rPr>
        <w:t>3.4. Полным и безоговорочным акцептом оферты является оплата конкретного заказа после предоставления возможности ознакомиться с её условиями. С этого момента договор считается заключённым. Оплата не означает согла</w:t>
      </w:r>
      <w:r w:rsidRPr="00A35BE6">
        <w:rPr>
          <w:lang w:val="ru-RU"/>
        </w:rPr>
        <w:t>сия на цели обработки данных, для которых закон требует отдельного согласия.</w:t>
      </w:r>
    </w:p>
    <w:p w:rsidR="004C24F6" w:rsidRPr="00A35BE6" w:rsidRDefault="00C2031E">
      <w:pPr>
        <w:rPr>
          <w:lang w:val="ru-RU"/>
        </w:rPr>
      </w:pPr>
      <w:r w:rsidRPr="00A35BE6">
        <w:rPr>
          <w:lang w:val="ru-RU"/>
        </w:rPr>
        <w:t>3.5. Для договора действует редакция оферты, доступная Заказчику при оплате. Исполнитель сохраняет сведения об этой редакции и заказе. Последующее изменение оферты не изменяет цен</w:t>
      </w:r>
      <w:r w:rsidRPr="00A35BE6">
        <w:rPr>
          <w:lang w:val="ru-RU"/>
        </w:rPr>
        <w:t>у, объём и иные условия уже оплаченного заказа без законного основания или соглашения сторон.</w:t>
      </w:r>
    </w:p>
    <w:p w:rsidR="004C24F6" w:rsidRPr="00A35BE6" w:rsidRDefault="00C2031E">
      <w:pPr>
        <w:rPr>
          <w:lang w:val="ru-RU"/>
        </w:rPr>
      </w:pPr>
      <w:r w:rsidRPr="00A35BE6">
        <w:rPr>
          <w:lang w:val="ru-RU"/>
        </w:rPr>
        <w:t xml:space="preserve">3.6. Исполнитель принимает оплату после подготовки доступного превью и проверки возможности предоставить полный результат в формате DOCX. В оплаченный заказ не </w:t>
      </w:r>
      <w:r w:rsidRPr="00A35BE6">
        <w:rPr>
          <w:lang w:val="ru-RU"/>
        </w:rPr>
        <w:t>подменяется другой документ. Исправление текста осуществляется по запросу Заказчика либо с его согласия с сохранением оплаченной версии на срок доступности файлов.</w:t>
      </w:r>
    </w:p>
    <w:p w:rsidR="004C24F6" w:rsidRPr="00A35BE6" w:rsidRDefault="00C2031E">
      <w:pPr>
        <w:pStyle w:val="1"/>
        <w:rPr>
          <w:lang w:val="ru-RU"/>
        </w:rPr>
      </w:pPr>
      <w:r w:rsidRPr="00A35BE6">
        <w:rPr>
          <w:lang w:val="ru-RU"/>
        </w:rPr>
        <w:t>4 Стоимость и порядок оплаты</w:t>
      </w:r>
    </w:p>
    <w:p w:rsidR="004C24F6" w:rsidRPr="00A35BE6" w:rsidRDefault="00C2031E">
      <w:pPr>
        <w:rPr>
          <w:lang w:val="ru-RU"/>
        </w:rPr>
      </w:pPr>
      <w:r w:rsidRPr="00A35BE6">
        <w:rPr>
          <w:lang w:val="ru-RU"/>
        </w:rPr>
        <w:t>4.1. Цена одного заказа составляет 500 (пятьсот) рублей и являе</w:t>
      </w:r>
      <w:r w:rsidRPr="00A35BE6">
        <w:rPr>
          <w:lang w:val="ru-RU"/>
        </w:rPr>
        <w:t>тся окончательной для указанного в оферте объёма. В неё включены подлежащие уплате Исполнителем налоги, если они применимы. Налоговый режим и сумма НДС при необходимости отражаются в платёжных и расчётных документах по закону.</w:t>
      </w:r>
    </w:p>
    <w:p w:rsidR="004C24F6" w:rsidRPr="00A35BE6" w:rsidRDefault="00C2031E">
      <w:pPr>
        <w:rPr>
          <w:lang w:val="ru-RU"/>
        </w:rPr>
      </w:pPr>
      <w:r w:rsidRPr="00A35BE6">
        <w:rPr>
          <w:lang w:val="ru-RU"/>
        </w:rPr>
        <w:t>4.2. Оплата производится одни</w:t>
      </w:r>
      <w:r w:rsidRPr="00A35BE6">
        <w:rPr>
          <w:lang w:val="ru-RU"/>
        </w:rPr>
        <w:t>м из способов, доступных в платёжной форме. Заказчик видит сумму до подтверждения платежа. Исполнитель не списывает дополнительные суммы и не сохраняет разрешение на регулярные платежи по настоящей оферте.</w:t>
      </w:r>
    </w:p>
    <w:p w:rsidR="004C24F6" w:rsidRPr="00A35BE6" w:rsidRDefault="00C2031E">
      <w:pPr>
        <w:rPr>
          <w:lang w:val="ru-RU"/>
        </w:rPr>
      </w:pPr>
      <w:r w:rsidRPr="00A35BE6">
        <w:rPr>
          <w:lang w:val="ru-RU"/>
        </w:rPr>
        <w:t>4.3. Момент исполнения обязанности по оплате опред</w:t>
      </w:r>
      <w:r w:rsidRPr="00A35BE6">
        <w:rPr>
          <w:lang w:val="ru-RU"/>
        </w:rPr>
        <w:t xml:space="preserve">еляется применимым законодательством. При безналичной оплате потребителем применяется, в частности, пункт 3 статьи 16.1 Закона РФ «О защите прав потребителей»: значимо подтверждение исполнения распоряжения обслуживающей потребителя кредитной организацией. </w:t>
      </w:r>
      <w:r w:rsidRPr="00A35BE6">
        <w:rPr>
          <w:lang w:val="ru-RU"/>
        </w:rPr>
        <w:t>Задержка технического сообщения от платёжного сервиса сама по себе не означает, что Заказчик не заплатил.</w:t>
      </w:r>
    </w:p>
    <w:p w:rsidR="004C24F6" w:rsidRPr="00A35BE6" w:rsidRDefault="00C2031E">
      <w:pPr>
        <w:rPr>
          <w:lang w:val="ru-RU"/>
        </w:rPr>
      </w:pPr>
      <w:r w:rsidRPr="00A35BE6">
        <w:rPr>
          <w:lang w:val="ru-RU"/>
        </w:rPr>
        <w:t>4.4. Исполнитель предоставляет предусмотренный применимым законодательством платёжный документ: кассовый чек либо иной предусмотренный законом докумен</w:t>
      </w:r>
      <w:r w:rsidRPr="00A35BE6">
        <w:rPr>
          <w:lang w:val="ru-RU"/>
        </w:rPr>
        <w:t xml:space="preserve">т при наличии соответствующего законного основания. Электронный документ направляется на указанный контакт </w:t>
      </w:r>
      <w:r w:rsidRPr="00A35BE6">
        <w:rPr>
          <w:lang w:val="ru-RU"/>
        </w:rPr>
        <w:lastRenderedPageBreak/>
        <w:t>в порядке и сроки, установленные законом. Банковское уведомление об оплате не заменяет обязанность Исполнителя выдать такой документ.</w:t>
      </w:r>
    </w:p>
    <w:p w:rsidR="004C24F6" w:rsidRPr="00A35BE6" w:rsidRDefault="00C2031E">
      <w:pPr>
        <w:rPr>
          <w:lang w:val="ru-RU"/>
        </w:rPr>
      </w:pPr>
      <w:r w:rsidRPr="00A35BE6">
        <w:rPr>
          <w:lang w:val="ru-RU"/>
        </w:rPr>
        <w:t xml:space="preserve">4.5. При </w:t>
      </w:r>
      <w:r w:rsidRPr="00A35BE6">
        <w:rPr>
          <w:lang w:val="ru-RU"/>
        </w:rPr>
        <w:t>повторном списании за один и тот же заказ излишне полученная сумма возвращается. Для проверки достаточно сведений, позволяющих установить платёж; отсутствие у Заказчика номера заказа или чека само по себе не препятствует рассмотрению обращения.</w:t>
      </w:r>
    </w:p>
    <w:p w:rsidR="004C24F6" w:rsidRPr="00A35BE6" w:rsidRDefault="00C2031E">
      <w:pPr>
        <w:pStyle w:val="1"/>
        <w:rPr>
          <w:lang w:val="ru-RU"/>
        </w:rPr>
      </w:pPr>
      <w:r w:rsidRPr="00A35BE6">
        <w:rPr>
          <w:lang w:val="ru-RU"/>
        </w:rPr>
        <w:t>5 Срок и пр</w:t>
      </w:r>
      <w:r w:rsidRPr="00A35BE6">
        <w:rPr>
          <w:lang w:val="ru-RU"/>
        </w:rPr>
        <w:t>едоставление результата</w:t>
      </w:r>
    </w:p>
    <w:p w:rsidR="004C24F6" w:rsidRPr="00A35BE6" w:rsidRDefault="00C2031E">
      <w:pPr>
        <w:rPr>
          <w:lang w:val="ru-RU"/>
        </w:rPr>
      </w:pPr>
      <w:r w:rsidRPr="00A35BE6">
        <w:rPr>
          <w:lang w:val="ru-RU"/>
        </w:rPr>
        <w:t xml:space="preserve">5.1. До оплаты Сервис </w:t>
      </w:r>
      <w:r w:rsidR="00013C94">
        <w:rPr>
          <w:lang w:val="ru-RU"/>
        </w:rPr>
        <w:t>в течение 2 рабочих дней</w:t>
      </w:r>
      <w:r w:rsidRPr="00A35BE6">
        <w:rPr>
          <w:lang w:val="ru-RU"/>
        </w:rPr>
        <w:t xml:space="preserve"> </w:t>
      </w:r>
      <w:r w:rsidR="00013C94">
        <w:rPr>
          <w:lang w:val="ru-RU"/>
        </w:rPr>
        <w:t>готовит результат</w:t>
      </w:r>
      <w:r w:rsidRPr="00A35BE6">
        <w:rPr>
          <w:lang w:val="ru-RU"/>
        </w:rPr>
        <w:t>.</w:t>
      </w:r>
    </w:p>
    <w:p w:rsidR="004C24F6" w:rsidRPr="00A35BE6" w:rsidRDefault="00C2031E">
      <w:pPr>
        <w:rPr>
          <w:lang w:val="ru-RU"/>
        </w:rPr>
      </w:pPr>
      <w:r w:rsidRPr="00A35BE6">
        <w:rPr>
          <w:lang w:val="ru-RU"/>
        </w:rPr>
        <w:t>5.2. Первоначальный полны</w:t>
      </w:r>
      <w:r w:rsidRPr="00A35BE6">
        <w:rPr>
          <w:lang w:val="ru-RU"/>
        </w:rPr>
        <w:t>й результат предоставляется не позднее 15 минут с момента оплаты, определяемого по пункту 4.3. Файлы размещаются в карточке заказа</w:t>
      </w:r>
      <w:r w:rsidR="0082421D">
        <w:rPr>
          <w:lang w:val="ru-RU"/>
        </w:rPr>
        <w:t>.</w:t>
      </w:r>
      <w:r w:rsidRPr="00A35BE6">
        <w:rPr>
          <w:lang w:val="ru-RU"/>
        </w:rPr>
        <w:t xml:space="preserve"> Если в Сервисе выбран иной контакт, способ дост</w:t>
      </w:r>
      <w:r w:rsidRPr="00A35BE6">
        <w:rPr>
          <w:lang w:val="ru-RU"/>
        </w:rPr>
        <w:t>авки уведомления сообщается до оплаты.</w:t>
      </w:r>
    </w:p>
    <w:p w:rsidR="004C24F6" w:rsidRPr="00A35BE6" w:rsidRDefault="00C2031E">
      <w:pPr>
        <w:rPr>
          <w:lang w:val="ru-RU"/>
        </w:rPr>
      </w:pPr>
      <w:r w:rsidRPr="00A35BE6">
        <w:rPr>
          <w:lang w:val="ru-RU"/>
        </w:rPr>
        <w:t xml:space="preserve">5.3. Основная услуга считается оказанной после предоставления Заказчику доступа к полному открывающемуся файлу </w:t>
      </w:r>
      <w:r w:rsidR="006F06A1">
        <w:t>DOCX</w:t>
      </w:r>
      <w:r w:rsidR="006F06A1" w:rsidRPr="006F06A1">
        <w:rPr>
          <w:lang w:val="ru-RU"/>
        </w:rPr>
        <w:t xml:space="preserve"/>
      </w:r>
      <w:r w:rsidR="006F06A1">
        <w:t xml:space="preserve"/>
      </w:r>
      <w:r w:rsidRPr="00A35BE6">
        <w:rPr>
          <w:lang w:val="ru-RU"/>
        </w:rPr>
        <w:t xml:space="preserve"> соответствующего оплаченного документа и направления уведомления об этом. Сообщение о готовности</w:t>
      </w:r>
      <w:r w:rsidRPr="00A35BE6">
        <w:rPr>
          <w:lang w:val="ru-RU"/>
        </w:rPr>
        <w:t xml:space="preserve"> без работающего доступа не является предоставлением полного результата.</w:t>
      </w:r>
      <w:bookmarkStart w:id="0" w:name="_GoBack"/>
      <w:bookmarkEnd w:id="0"/>
    </w:p>
    <w:p w:rsidR="004C24F6" w:rsidRPr="00A35BE6" w:rsidRDefault="00C2031E">
      <w:pPr>
        <w:rPr>
          <w:lang w:val="ru-RU"/>
        </w:rPr>
      </w:pPr>
      <w:r w:rsidRPr="00A35BE6">
        <w:rPr>
          <w:lang w:val="ru-RU"/>
        </w:rPr>
        <w:t>5.4. При технической задержке</w:t>
      </w:r>
      <w:r w:rsidRPr="00A35BE6">
        <w:rPr>
          <w:lang w:val="ru-RU"/>
        </w:rPr>
        <w:t xml:space="preserve"> Исполнитель сообщает о ней доступным способом и устраняет препятствие. Уведомление о задержке не изменяет срок договора автоматически и не лишает Заказчика прав в связи с нарушением срока. Обычные сбои подрядчика, ИИ-сервиса, хостинга или платёжной инфрас</w:t>
      </w:r>
      <w:r w:rsidRPr="00A35BE6">
        <w:rPr>
          <w:lang w:val="ru-RU"/>
        </w:rPr>
        <w:t>труктуры сами по себе не признаются обстоятельствами непреодолимой силы.</w:t>
      </w:r>
    </w:p>
    <w:p w:rsidR="004C24F6" w:rsidRPr="00A35BE6" w:rsidRDefault="00C2031E">
      <w:pPr>
        <w:rPr>
          <w:lang w:val="ru-RU"/>
        </w:rPr>
      </w:pPr>
      <w:r w:rsidRPr="00A35BE6">
        <w:rPr>
          <w:lang w:val="ru-RU"/>
        </w:rPr>
        <w:t xml:space="preserve">5.5. </w:t>
      </w:r>
      <w:r w:rsidRPr="00A35BE6">
        <w:rPr>
          <w:lang w:val="ru-RU"/>
        </w:rPr>
        <w:t>Заказчику рекомендуется сохр</w:t>
      </w:r>
      <w:r w:rsidRPr="00A35BE6">
        <w:rPr>
          <w:lang w:val="ru-RU"/>
        </w:rPr>
        <w:t xml:space="preserve">анить файл претензии на своём устройстве. Порядок дальнейшего хранения и удаления определяется Политикой обработки персональных данных.</w:t>
      </w:r>
    </w:p>
    <w:p w:rsidR="004C24F6" w:rsidRPr="00A35BE6" w:rsidRDefault="00C2031E">
      <w:pPr>
        <w:rPr>
          <w:lang w:val="ru-RU"/>
        </w:rPr>
      </w:pPr>
      <w:r w:rsidRPr="00A35BE6">
        <w:rPr>
          <w:lang w:val="ru-RU"/>
        </w:rPr>
        <w:t xml:space="preserve">5.6. Если ссылка на заказ утрачена, Заказчик может обратиться на </w:t>
      </w:r>
      <w:r>
        <w:t>ok</w:t>
      </w:r>
      <w:r w:rsidRPr="00A35BE6">
        <w:rPr>
          <w:lang w:val="ru-RU"/>
        </w:rPr>
        <w:t>@</w:t>
      </w:r>
      <w:r>
        <w:t>ok</w:t>
      </w:r>
      <w:r w:rsidRPr="00A35BE6">
        <w:rPr>
          <w:lang w:val="ru-RU"/>
        </w:rPr>
        <w:t>-</w:t>
      </w:r>
      <w:r>
        <w:t>studio</w:t>
      </w:r>
      <w:r w:rsidRPr="00A35BE6">
        <w:rPr>
          <w:lang w:val="ru-RU"/>
        </w:rPr>
        <w:t>.</w:t>
      </w:r>
      <w:proofErr w:type="spellStart"/>
      <w:r>
        <w:t>ru</w:t>
      </w:r>
      <w:proofErr w:type="spellEnd"/>
      <w:r w:rsidRPr="00A35BE6">
        <w:rPr>
          <w:lang w:val="ru-RU"/>
        </w:rPr>
        <w:t xml:space="preserve">. Исполнитель проверяет принадлежность заказа и, </w:t>
      </w:r>
      <w:r w:rsidRPr="00A35BE6">
        <w:rPr>
          <w:lang w:val="ru-RU"/>
        </w:rPr>
        <w:t>пока материалы хранятся, восстанавливает доступ. Истечение срока хранения не прекращает прав по разделам 6 и 7; для подготовки исправлений после удаления файлов может потребоваться повторно предоставить необходимые материалы.</w:t>
      </w:r>
    </w:p>
    <w:p w:rsidR="004C24F6" w:rsidRPr="00A35BE6" w:rsidRDefault="00C2031E">
      <w:pPr>
        <w:pStyle w:val="1"/>
        <w:rPr>
          <w:lang w:val="ru-RU"/>
        </w:rPr>
      </w:pPr>
      <w:r w:rsidRPr="00A35BE6">
        <w:rPr>
          <w:lang w:val="ru-RU"/>
        </w:rPr>
        <w:t>6 Проверка результата и исправ</w:t>
      </w:r>
      <w:r w:rsidRPr="00A35BE6">
        <w:rPr>
          <w:lang w:val="ru-RU"/>
        </w:rPr>
        <w:t>ления</w:t>
      </w:r>
    </w:p>
    <w:p w:rsidR="004C24F6" w:rsidRPr="00A35BE6" w:rsidRDefault="00C2031E">
      <w:pPr>
        <w:rPr>
          <w:lang w:val="ru-RU"/>
        </w:rPr>
      </w:pPr>
      <w:r w:rsidRPr="00A35BE6">
        <w:rPr>
          <w:lang w:val="ru-RU"/>
        </w:rPr>
        <w:t xml:space="preserve">6.1. Результат должен соответствовать согласованной ситуации и предоставленным сведениям, содержать необходимые для заявленной претензии части и быть пригодным для редактирования и использования по назначению. Исполнитель </w:t>
      </w:r>
      <w:r w:rsidR="00C21201">
        <w:rPr>
          <w:lang w:val="ru-RU"/>
        </w:rPr>
        <w:t>предоставляет шаблон для последующей проверки Заказчиком и принятием решения о дальнейшем применении результата</w:t>
      </w:r>
      <w:r w:rsidRPr="00A35BE6">
        <w:rPr>
          <w:lang w:val="ru-RU"/>
        </w:rPr>
        <w:t>.</w:t>
      </w:r>
    </w:p>
    <w:p w:rsidR="004C24F6" w:rsidRPr="00A35BE6" w:rsidRDefault="00C2031E">
      <w:pPr>
        <w:rPr>
          <w:lang w:val="ru-RU"/>
        </w:rPr>
      </w:pPr>
      <w:r w:rsidRPr="00A35BE6">
        <w:rPr>
          <w:lang w:val="ru-RU"/>
        </w:rPr>
        <w:t>6.2. При распознавании документов и автоматизированной обработке возможны ошибки. Перед отправкой претензии Зака</w:t>
      </w:r>
      <w:r w:rsidRPr="00A35BE6">
        <w:rPr>
          <w:lang w:val="ru-RU"/>
        </w:rPr>
        <w:t xml:space="preserve">зчику </w:t>
      </w:r>
      <w:r w:rsidR="0082421D">
        <w:rPr>
          <w:lang w:val="ru-RU"/>
        </w:rPr>
        <w:t>необходимо</w:t>
      </w:r>
      <w:r w:rsidRPr="00A35BE6">
        <w:rPr>
          <w:lang w:val="ru-RU"/>
        </w:rPr>
        <w:t xml:space="preserve"> проверить имена, адреса, даты, суммы и изложенные обстоятельства, заполнить явно обозначенные незаполненные реквизиты и подписать документ, когда это необходимо.</w:t>
      </w:r>
    </w:p>
    <w:p w:rsidR="004C24F6" w:rsidRPr="00A35BE6" w:rsidRDefault="00C2031E">
      <w:pPr>
        <w:rPr>
          <w:lang w:val="ru-RU"/>
        </w:rPr>
      </w:pPr>
      <w:r w:rsidRPr="00A35BE6">
        <w:rPr>
          <w:lang w:val="ru-RU"/>
        </w:rPr>
        <w:t xml:space="preserve">6.3. Исправление реквизитов, уточнение фактов, устранение ошибок и несоответствий в той же ситуации </w:t>
      </w:r>
      <w:r w:rsidR="0061245E">
        <w:rPr>
          <w:lang w:val="ru-RU"/>
        </w:rPr>
        <w:t>возможно при обращении к исполнителю</w:t>
      </w:r>
      <w:r w:rsidRPr="00A35BE6">
        <w:rPr>
          <w:lang w:val="ru-RU"/>
        </w:rPr>
        <w:t xml:space="preserve">. Обращение можно направить через </w:t>
      </w:r>
      <w:r w:rsidRPr="00A35BE6">
        <w:rPr>
          <w:lang w:val="ru-RU"/>
        </w:rPr>
        <w:t>по электронной почте. Исполнитель вправе запросить необходимые свед</w:t>
      </w:r>
      <w:r w:rsidRPr="00A35BE6">
        <w:rPr>
          <w:lang w:val="ru-RU"/>
        </w:rPr>
        <w:t>ения; Заказчик не обязан приобретать новый заказ для устранения недостатка ранее оказанной услуги.</w:t>
      </w:r>
    </w:p>
    <w:p w:rsidR="004C24F6" w:rsidRPr="00A35BE6" w:rsidRDefault="00C2031E">
      <w:pPr>
        <w:rPr>
          <w:lang w:val="ru-RU"/>
        </w:rPr>
      </w:pPr>
      <w:r w:rsidRPr="00A35BE6">
        <w:rPr>
          <w:lang w:val="ru-RU"/>
        </w:rPr>
        <w:t>6.4. Новый самостоятельный спор, иной предмет обращения либо отдельный документ, не входящий в заказ, могут оформляться как новый заказ. Квалификация исправл</w:t>
      </w:r>
      <w:r w:rsidRPr="00A35BE6">
        <w:rPr>
          <w:lang w:val="ru-RU"/>
        </w:rPr>
        <w:t>ения как нового заказа должна учитывать фактическое содержание запроса, а не только объём изменения текста. Подготовка нового заказа требует отдельного согласия на его оплату.</w:t>
      </w:r>
    </w:p>
    <w:p w:rsidR="004C24F6" w:rsidRPr="00A35BE6" w:rsidRDefault="00C2031E">
      <w:pPr>
        <w:rPr>
          <w:lang w:val="ru-RU"/>
        </w:rPr>
      </w:pPr>
      <w:r w:rsidRPr="00A35BE6">
        <w:rPr>
          <w:lang w:val="ru-RU"/>
        </w:rPr>
        <w:t xml:space="preserve">6.5. Срок обычного уточнения согласуется с Заказчиком при получении необходимых </w:t>
      </w:r>
      <w:r w:rsidRPr="00A35BE6">
        <w:rPr>
          <w:lang w:val="ru-RU"/>
        </w:rPr>
        <w:t xml:space="preserve">сведений. Недостатки услуги устраняются в срок, установленный применимым законом; для потребителя </w:t>
      </w:r>
      <w:r w:rsidRPr="00A35BE6">
        <w:rPr>
          <w:lang w:val="ru-RU"/>
        </w:rPr>
        <w:lastRenderedPageBreak/>
        <w:t xml:space="preserve">учитывается разумный срок, назначенный им по статье 30 Закона РФ «О защите прав потребителей». </w:t>
      </w:r>
    </w:p>
    <w:p w:rsidR="004C24F6" w:rsidRPr="00A35BE6" w:rsidRDefault="00C2031E">
      <w:pPr>
        <w:pStyle w:val="1"/>
        <w:rPr>
          <w:lang w:val="ru-RU"/>
        </w:rPr>
      </w:pPr>
      <w:r w:rsidRPr="00A35BE6">
        <w:rPr>
          <w:lang w:val="ru-RU"/>
        </w:rPr>
        <w:t>7 Отказ от договора и возврат оплаты</w:t>
      </w:r>
    </w:p>
    <w:p w:rsidR="004C24F6" w:rsidRPr="00A35BE6" w:rsidRDefault="00C2031E">
      <w:pPr>
        <w:rPr>
          <w:lang w:val="ru-RU"/>
        </w:rPr>
      </w:pPr>
      <w:r w:rsidRPr="00A35BE6">
        <w:rPr>
          <w:lang w:val="ru-RU"/>
        </w:rPr>
        <w:t>7.1. До первоначального предоставления полного результата по пункту 5.3 Заказчик вправе отказаться от заказа</w:t>
      </w:r>
      <w:r w:rsidRPr="00A35BE6">
        <w:rPr>
          <w:lang w:val="ru-RU"/>
        </w:rPr>
        <w:t>.</w:t>
      </w:r>
    </w:p>
    <w:p w:rsidR="004C24F6" w:rsidRPr="00A35BE6" w:rsidRDefault="00C2031E">
      <w:pPr>
        <w:rPr>
          <w:lang w:val="ru-RU"/>
        </w:rPr>
      </w:pPr>
      <w:r w:rsidRPr="00A35BE6">
        <w:rPr>
          <w:lang w:val="ru-RU"/>
        </w:rPr>
        <w:t>7.2. Если полный результат не предоставлен, Исполнитель не вправе считать услугу оказанной только на основании запуска обработ</w:t>
      </w:r>
      <w:r w:rsidRPr="00A35BE6">
        <w:rPr>
          <w:lang w:val="ru-RU"/>
        </w:rPr>
        <w:t>ки, наличия превью или сообщения ИИ об окончании работы. При невозможности исполнения заказа Исполнитель сообщает об этом</w:t>
      </w:r>
      <w:r w:rsidRPr="00A35BE6">
        <w:rPr>
          <w:lang w:val="ru-RU"/>
        </w:rPr>
        <w:t>.</w:t>
      </w:r>
    </w:p>
    <w:p w:rsidR="004C24F6" w:rsidRPr="00A35BE6" w:rsidRDefault="00C2031E">
      <w:pPr>
        <w:rPr>
          <w:lang w:val="ru-RU"/>
        </w:rPr>
      </w:pPr>
      <w:r w:rsidRPr="00A35BE6">
        <w:rPr>
          <w:lang w:val="ru-RU"/>
        </w:rPr>
        <w:t>7.3. После первоначального надлежащего предоставления результата вопрос о возврате решается по основаниям, предус</w:t>
      </w:r>
      <w:r w:rsidRPr="00A35BE6">
        <w:rPr>
          <w:lang w:val="ru-RU"/>
        </w:rPr>
        <w:t xml:space="preserve">мотренным законом и настоящим договором. При недостатках, нарушении сроков или иных нарушениях Заказчик вправе предъявить соответствующее требование, в том числе об исправлении, уменьшении цены, возмещении расходов или возврате денежных средств, когда для </w:t>
      </w:r>
      <w:r w:rsidRPr="00A35BE6">
        <w:rPr>
          <w:lang w:val="ru-RU"/>
        </w:rPr>
        <w:t>него имеются законные основания. Для потребителя сохраняются права по статьям 28–32 Закона РФ «О защите прав потребителей».</w:t>
      </w:r>
    </w:p>
    <w:p w:rsidR="004C24F6" w:rsidRPr="00A35BE6" w:rsidRDefault="00C2031E">
      <w:pPr>
        <w:rPr>
          <w:lang w:val="ru-RU"/>
        </w:rPr>
      </w:pPr>
      <w:r w:rsidRPr="00A35BE6">
        <w:rPr>
          <w:lang w:val="ru-RU"/>
        </w:rPr>
        <w:t>7.4. Исполнитель не ставит рассмотрение требования о возврате в зависимость от обязательного использования всех попыток автоматическ</w:t>
      </w:r>
      <w:r w:rsidRPr="00A35BE6">
        <w:rPr>
          <w:lang w:val="ru-RU"/>
        </w:rPr>
        <w:t>ого исправления. Цифровой формат результата сам по себе не является основанием отказать в законном требовании.</w:t>
      </w:r>
    </w:p>
    <w:p w:rsidR="004C24F6" w:rsidRPr="00A35BE6" w:rsidRDefault="00C2031E">
      <w:pPr>
        <w:rPr>
          <w:lang w:val="ru-RU"/>
        </w:rPr>
      </w:pPr>
      <w:r w:rsidRPr="00A35BE6">
        <w:rPr>
          <w:lang w:val="ru-RU"/>
        </w:rPr>
        <w:t xml:space="preserve">7.5. Требование направляется </w:t>
      </w:r>
      <w:r w:rsidRPr="00A35BE6">
        <w:rPr>
          <w:lang w:val="ru-RU"/>
        </w:rPr>
        <w:t xml:space="preserve">на </w:t>
      </w:r>
      <w:r>
        <w:t>ok</w:t>
      </w:r>
      <w:r w:rsidRPr="00A35BE6">
        <w:rPr>
          <w:lang w:val="ru-RU"/>
        </w:rPr>
        <w:t>@</w:t>
      </w:r>
      <w:r>
        <w:t>ok</w:t>
      </w:r>
      <w:r w:rsidRPr="00A35BE6">
        <w:rPr>
          <w:lang w:val="ru-RU"/>
        </w:rPr>
        <w:t>-</w:t>
      </w:r>
      <w:r>
        <w:t>studio</w:t>
      </w:r>
      <w:r w:rsidRPr="00A35BE6">
        <w:rPr>
          <w:lang w:val="ru-RU"/>
        </w:rPr>
        <w:t>.</w:t>
      </w:r>
      <w:proofErr w:type="spellStart"/>
      <w:r>
        <w:t>ru</w:t>
      </w:r>
      <w:proofErr w:type="spellEnd"/>
      <w:r w:rsidRPr="00A35BE6">
        <w:rPr>
          <w:lang w:val="ru-RU"/>
        </w:rPr>
        <w:t>. Достаточно сообщить суть обращения и сведения, позволяющие установить заказ или</w:t>
      </w:r>
      <w:r w:rsidRPr="00A35BE6">
        <w:rPr>
          <w:lang w:val="ru-RU"/>
        </w:rPr>
        <w:t xml:space="preserve"> платёж. При необходимости Исполнитель запрашивает недостающие сведения. Для рассмотрения обращения не требуется повторно загружать все материалы спора, если вопрос можно разрешить по сведениям об оплате и исполнении.</w:t>
      </w:r>
    </w:p>
    <w:p w:rsidR="004C24F6" w:rsidRPr="00A35BE6" w:rsidRDefault="00C2031E">
      <w:pPr>
        <w:rPr>
          <w:lang w:val="ru-RU"/>
        </w:rPr>
      </w:pPr>
      <w:r w:rsidRPr="00A35BE6">
        <w:rPr>
          <w:lang w:val="ru-RU"/>
        </w:rPr>
        <w:t>7.6. Подлежащие возврату денежные сред</w:t>
      </w:r>
      <w:r w:rsidRPr="00A35BE6">
        <w:rPr>
          <w:lang w:val="ru-RU"/>
        </w:rPr>
        <w:t>ства возвращаются не позднее 10 календарных дней со дня получения соответствующего требования. Если Исполнитель сам выявил повторное списание или установил невозможность исполнить заказ, тот же срок исчисляется со дня выявления обстоятельства. Полученное р</w:t>
      </w:r>
      <w:r w:rsidRPr="00A35BE6">
        <w:rPr>
          <w:lang w:val="ru-RU"/>
        </w:rPr>
        <w:t>анее требование Заказчика не увеличивает срок возврата. Если закон устанавливает более короткий срок, применяется он. Это срок исполнения денежного требования, а не только подготовки ответа. Возврат производится тем же способом, которым получена оплата, ли</w:t>
      </w:r>
      <w:r w:rsidRPr="00A35BE6">
        <w:rPr>
          <w:lang w:val="ru-RU"/>
        </w:rPr>
        <w:t>бо иным согласованным законным способом.</w:t>
      </w:r>
    </w:p>
    <w:p w:rsidR="004C24F6" w:rsidRPr="00A35BE6" w:rsidRDefault="00C2031E">
      <w:pPr>
        <w:pStyle w:val="1"/>
        <w:rPr>
          <w:lang w:val="ru-RU"/>
        </w:rPr>
      </w:pPr>
      <w:r w:rsidRPr="00A35BE6">
        <w:rPr>
          <w:lang w:val="ru-RU"/>
        </w:rPr>
        <w:t>8 Материалы и персональные данные</w:t>
      </w:r>
    </w:p>
    <w:p w:rsidR="004C24F6" w:rsidRPr="00A35BE6" w:rsidRDefault="00C2031E">
      <w:pPr>
        <w:rPr>
          <w:lang w:val="ru-RU"/>
        </w:rPr>
      </w:pPr>
      <w:r w:rsidRPr="00A35BE6">
        <w:rPr>
          <w:lang w:val="ru-RU"/>
        </w:rPr>
        <w:t>8.1. Заказчик сохраняет права на предоставленные материалы. Исполнитель вправе использовать их в необходимом объёме для подготовки и предоставления результата, исправлений, рассмотрения о</w:t>
      </w:r>
      <w:r w:rsidRPr="00A35BE6">
        <w:rPr>
          <w:lang w:val="ru-RU"/>
        </w:rPr>
        <w:t>бращений и исполнения установленных законом обязанностей. Права на рекламу, публичное распространение материалов или использование их для обучения общедоступных моделей по настоящей оферте не предоставляются.</w:t>
      </w:r>
    </w:p>
    <w:p w:rsidR="004C24F6" w:rsidRPr="00A35BE6" w:rsidRDefault="00C2031E">
      <w:pPr>
        <w:rPr>
          <w:lang w:val="ru-RU"/>
        </w:rPr>
      </w:pPr>
      <w:r w:rsidRPr="00A35BE6">
        <w:rPr>
          <w:lang w:val="ru-RU"/>
        </w:rPr>
        <w:t>8.2. Персональные данные обрабатываются по Поли</w:t>
      </w:r>
      <w:r w:rsidRPr="00A35BE6">
        <w:rPr>
          <w:lang w:val="ru-RU"/>
        </w:rPr>
        <w:t>тике обработки персональных данных и на предусмотренных законом основаниях. Если необходимо отдельное согласие, оно оформляется отдельно. Заказчик не предоставляет согласие за всех упомянутых в документах лиц только фактом оплаты или загрузки файла.</w:t>
      </w:r>
    </w:p>
    <w:p w:rsidR="004C24F6" w:rsidRPr="00A35BE6" w:rsidRDefault="00C2031E">
      <w:pPr>
        <w:rPr>
          <w:lang w:val="ru-RU"/>
        </w:rPr>
      </w:pPr>
      <w:r w:rsidRPr="00A35BE6">
        <w:rPr>
          <w:lang w:val="ru-RU"/>
        </w:rPr>
        <w:t>8.3. И</w:t>
      </w:r>
      <w:r w:rsidRPr="00A35BE6">
        <w:rPr>
          <w:lang w:val="ru-RU"/>
        </w:rPr>
        <w:t>сполнитель обеспечивает конфиденциальность материалов и правомерность их обработки со своей стороны, в том числе при привлечении подрядчиков. Если выбранный внешний обработчик не допускает конкретную категорию данных, материалы не передаются ему до определ</w:t>
      </w:r>
      <w:r w:rsidRPr="00A35BE6">
        <w:rPr>
          <w:lang w:val="ru-RU"/>
        </w:rPr>
        <w:t>ения допустимого порядка обработки.</w:t>
      </w:r>
    </w:p>
    <w:p w:rsidR="004C24F6" w:rsidRPr="00A35BE6" w:rsidRDefault="00C2031E">
      <w:pPr>
        <w:rPr>
          <w:lang w:val="ru-RU"/>
        </w:rPr>
      </w:pPr>
      <w:r w:rsidRPr="00A35BE6">
        <w:rPr>
          <w:lang w:val="ru-RU"/>
        </w:rPr>
        <w:t>8.4. Заказчик вправе редактировать, подписывать, отправлять адресату и иным образом использовать выданную претензию для защиты своих прав и законных интересов.</w:t>
      </w:r>
    </w:p>
    <w:p w:rsidR="004C24F6" w:rsidRPr="00A35BE6" w:rsidRDefault="00C2031E">
      <w:pPr>
        <w:pStyle w:val="1"/>
        <w:rPr>
          <w:lang w:val="ru-RU"/>
        </w:rPr>
      </w:pPr>
      <w:r w:rsidRPr="00A35BE6">
        <w:rPr>
          <w:lang w:val="ru-RU"/>
        </w:rPr>
        <w:lastRenderedPageBreak/>
        <w:t xml:space="preserve">9 </w:t>
      </w:r>
      <w:r w:rsidRPr="00A35BE6">
        <w:rPr>
          <w:lang w:val="ru-RU"/>
        </w:rPr>
        <w:t>Ответственность и разрешение споров</w:t>
      </w:r>
    </w:p>
    <w:p w:rsidR="004C24F6" w:rsidRPr="00A35BE6" w:rsidRDefault="00C2031E">
      <w:pPr>
        <w:rPr>
          <w:lang w:val="ru-RU"/>
        </w:rPr>
      </w:pPr>
      <w:r w:rsidRPr="00A35BE6">
        <w:rPr>
          <w:lang w:val="ru-RU"/>
        </w:rPr>
        <w:t>9.1. Стороны отвечают за нарушение обязательств по применимому законодательству</w:t>
      </w:r>
      <w:r w:rsidRPr="00A35BE6">
        <w:rPr>
          <w:lang w:val="ru-RU"/>
        </w:rPr>
        <w:t>.</w:t>
      </w:r>
      <w:r w:rsidR="00C21201">
        <w:rPr>
          <w:lang w:val="ru-RU"/>
        </w:rPr>
        <w:t xml:space="preserve"> В любом случае результат, представленный </w:t>
      </w:r>
      <w:r w:rsidR="00013C94">
        <w:rPr>
          <w:lang w:val="ru-RU"/>
        </w:rPr>
        <w:t>Заказчику,</w:t>
      </w:r>
      <w:r w:rsidR="00C21201">
        <w:rPr>
          <w:lang w:val="ru-RU"/>
        </w:rPr>
        <w:t xml:space="preserve"> носит </w:t>
      </w:r>
      <w:r w:rsidR="00013C94">
        <w:rPr>
          <w:lang w:val="ru-RU"/>
        </w:rPr>
        <w:t>информационный</w:t>
      </w:r>
      <w:r w:rsidR="00C21201">
        <w:rPr>
          <w:lang w:val="ru-RU"/>
        </w:rPr>
        <w:t xml:space="preserve"> характер и не является какой-либо гарантией.</w:t>
      </w:r>
    </w:p>
    <w:p w:rsidR="004C24F6" w:rsidRPr="00A35BE6" w:rsidRDefault="00C2031E">
      <w:pPr>
        <w:rPr>
          <w:lang w:val="ru-RU"/>
        </w:rPr>
      </w:pPr>
      <w:r w:rsidRPr="00A35BE6">
        <w:rPr>
          <w:lang w:val="ru-RU"/>
        </w:rPr>
        <w:t>9.</w:t>
      </w:r>
      <w:r w:rsidR="00C21201">
        <w:rPr>
          <w:lang w:val="ru-RU"/>
        </w:rPr>
        <w:t>2</w:t>
      </w:r>
      <w:r w:rsidRPr="00A35BE6">
        <w:rPr>
          <w:lang w:val="ru-RU"/>
        </w:rPr>
        <w:t xml:space="preserve">. Обращения принимаются на </w:t>
      </w:r>
      <w:r>
        <w:t>ok</w:t>
      </w:r>
      <w:r w:rsidRPr="00A35BE6">
        <w:rPr>
          <w:lang w:val="ru-RU"/>
        </w:rPr>
        <w:t>@</w:t>
      </w:r>
      <w:r>
        <w:t>ok</w:t>
      </w:r>
      <w:r w:rsidRPr="00A35BE6">
        <w:rPr>
          <w:lang w:val="ru-RU"/>
        </w:rPr>
        <w:t>-</w:t>
      </w:r>
      <w:r>
        <w:t>studio</w:t>
      </w:r>
      <w:r w:rsidRPr="00A35BE6">
        <w:rPr>
          <w:lang w:val="ru-RU"/>
        </w:rPr>
        <w:t>.</w:t>
      </w:r>
      <w:proofErr w:type="spellStart"/>
      <w:r>
        <w:t>ru</w:t>
      </w:r>
      <w:proofErr w:type="spellEnd"/>
      <w:r w:rsidRPr="00A35BE6">
        <w:rPr>
          <w:lang w:val="ru-RU"/>
        </w:rPr>
        <w:t>. Применяются сроки, установленные законом и настоящей офертой.</w:t>
      </w:r>
    </w:p>
    <w:p w:rsidR="004C24F6" w:rsidRPr="00A35BE6" w:rsidRDefault="00C2031E">
      <w:pPr>
        <w:rPr>
          <w:lang w:val="ru-RU"/>
        </w:rPr>
      </w:pPr>
      <w:r w:rsidRPr="00A35BE6">
        <w:rPr>
          <w:lang w:val="ru-RU"/>
        </w:rPr>
        <w:t>9.</w:t>
      </w:r>
      <w:r w:rsidR="00C21201">
        <w:rPr>
          <w:lang w:val="ru-RU"/>
        </w:rPr>
        <w:t>3</w:t>
      </w:r>
      <w:r w:rsidRPr="00A35BE6">
        <w:rPr>
          <w:lang w:val="ru-RU"/>
        </w:rPr>
        <w:t>. К договору применяется право Российской Федерации. Спор рассматривается компетентным судом по правилам закона. Потребитель сохраняет установл</w:t>
      </w:r>
      <w:r w:rsidRPr="00A35BE6">
        <w:rPr>
          <w:lang w:val="ru-RU"/>
        </w:rPr>
        <w:t>енное законом право выбора территориальной подсудности. Недействительность отдельного условия не лишает силы остальных условий и не ограничивает обязательные права Заказчика.</w:t>
      </w:r>
    </w:p>
    <w:p w:rsidR="004C24F6" w:rsidRPr="00A35BE6" w:rsidRDefault="00C2031E">
      <w:pPr>
        <w:pStyle w:val="1"/>
        <w:pageBreakBefore/>
        <w:rPr>
          <w:lang w:val="ru-RU"/>
        </w:rPr>
      </w:pPr>
      <w:r w:rsidRPr="00A35BE6">
        <w:rPr>
          <w:lang w:val="ru-RU"/>
        </w:rPr>
        <w:lastRenderedPageBreak/>
        <w:t>10 Реквизиты Исполнителя</w:t>
      </w:r>
    </w:p>
    <w:p w:rsidR="004C24F6" w:rsidRPr="00A35BE6" w:rsidRDefault="00C2031E">
      <w:pPr>
        <w:rPr>
          <w:lang w:val="ru-RU"/>
        </w:rPr>
      </w:pPr>
      <w:r w:rsidRPr="00A35BE6">
        <w:rPr>
          <w:lang w:val="ru-RU"/>
        </w:rPr>
        <w:t>Индивидуальный предприниматель Буланова Ольга Дмитриевна</w:t>
      </w:r>
      <w:r w:rsidRPr="00A35BE6">
        <w:rPr>
          <w:lang w:val="ru-RU"/>
        </w:rPr>
        <w:t>.</w:t>
      </w:r>
    </w:p>
    <w:p w:rsidR="004C24F6" w:rsidRPr="00A35BE6" w:rsidRDefault="00C2031E">
      <w:pPr>
        <w:rPr>
          <w:lang w:val="ru-RU"/>
        </w:rPr>
      </w:pPr>
      <w:r w:rsidRPr="00A35BE6">
        <w:rPr>
          <w:lang w:val="ru-RU"/>
        </w:rPr>
        <w:t>ИНН 503211282836. ОГРНИП 316503200074296.</w:t>
      </w:r>
    </w:p>
    <w:p w:rsidR="004C24F6" w:rsidRPr="00A35BE6" w:rsidRDefault="00C2031E">
      <w:pPr>
        <w:rPr>
          <w:lang w:val="ru-RU"/>
        </w:rPr>
      </w:pPr>
      <w:r w:rsidRPr="00A35BE6">
        <w:rPr>
          <w:lang w:val="ru-RU"/>
        </w:rPr>
        <w:t>Дата государственной регистрации: 16 ноября 2016 года.</w:t>
      </w:r>
    </w:p>
    <w:p w:rsidR="004C24F6" w:rsidRPr="00A35BE6" w:rsidRDefault="00C2031E">
      <w:pPr>
        <w:rPr>
          <w:lang w:val="ru-RU"/>
        </w:rPr>
      </w:pPr>
      <w:r w:rsidRPr="00A35BE6">
        <w:rPr>
          <w:lang w:val="ru-RU"/>
        </w:rPr>
        <w:t>Адрес для обращений и корреспонденции: Московская область, г. Одинцово, ул</w:t>
      </w:r>
      <w:r w:rsidRPr="00A35BE6">
        <w:rPr>
          <w:lang w:val="ru-RU"/>
        </w:rPr>
        <w:t>. Маршала Жукова, д. 32, этаж 5, офис 502.</w:t>
      </w:r>
    </w:p>
    <w:p w:rsidR="004C24F6" w:rsidRPr="00A35BE6" w:rsidRDefault="00C2031E">
      <w:pPr>
        <w:rPr>
          <w:lang w:val="ru-RU"/>
        </w:rPr>
      </w:pPr>
      <w:r w:rsidRPr="00A35BE6">
        <w:rPr>
          <w:lang w:val="ru-RU"/>
        </w:rPr>
        <w:t xml:space="preserve">Электронная почта: </w:t>
      </w:r>
      <w:r>
        <w:t>ok</w:t>
      </w:r>
      <w:r w:rsidRPr="00A35BE6">
        <w:rPr>
          <w:lang w:val="ru-RU"/>
        </w:rPr>
        <w:t>@</w:t>
      </w:r>
      <w:r>
        <w:t>ok</w:t>
      </w:r>
      <w:r w:rsidRPr="00A35BE6">
        <w:rPr>
          <w:lang w:val="ru-RU"/>
        </w:rPr>
        <w:t>-</w:t>
      </w:r>
      <w:r>
        <w:t>studio</w:t>
      </w:r>
      <w:r w:rsidRPr="00A35BE6">
        <w:rPr>
          <w:lang w:val="ru-RU"/>
        </w:rPr>
        <w:t>.</w:t>
      </w:r>
      <w:proofErr w:type="spellStart"/>
      <w:r>
        <w:t>ru</w:t>
      </w:r>
      <w:proofErr w:type="spellEnd"/>
      <w:r w:rsidRPr="00A35BE6">
        <w:rPr>
          <w:lang w:val="ru-RU"/>
        </w:rPr>
        <w:t>.</w:t>
      </w:r>
    </w:p>
    <w:p w:rsidR="004C24F6" w:rsidRPr="00013C94" w:rsidRDefault="00C2031E">
      <w:pPr>
        <w:rPr>
          <w:lang w:val="ru-RU"/>
        </w:rPr>
      </w:pPr>
      <w:r w:rsidRPr="00A35BE6">
        <w:rPr>
          <w:lang w:val="ru-RU"/>
        </w:rPr>
        <w:t>Расчётные реквизиты предоставляются в платёжной форме</w:t>
      </w:r>
      <w:r w:rsidR="00013C94">
        <w:rPr>
          <w:lang w:val="ru-RU"/>
        </w:rPr>
        <w:t xml:space="preserve">. </w:t>
      </w:r>
      <w:r w:rsidRPr="00013C94">
        <w:rPr>
          <w:lang w:val="ru-RU"/>
        </w:rPr>
        <w:t xml:space="preserve">Оферта действует с даты её </w:t>
      </w:r>
      <w:r w:rsidRPr="00013C94">
        <w:rPr>
          <w:lang w:val="ru-RU"/>
        </w:rPr>
        <w:t>размещения на Сайте.</w:t>
      </w:r>
    </w:p>
    <w:sectPr w:rsidR="004C24F6" w:rsidRPr="00013C94" w:rsidSect="00034616">
      <w:footerReference w:type="default" r:id="rId8"/>
      <w:pgSz w:w="12240" w:h="15840"/>
      <w:pgMar w:top="1051" w:right="1080" w:bottom="1008" w:left="1224"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2031E" w:rsidRDefault="00C2031E">
      <w:pPr>
        <w:spacing w:after="0" w:line="240" w:lineRule="auto"/>
      </w:pPr>
      <w:r>
        <w:separator/>
      </w:r>
    </w:p>
  </w:endnote>
  <w:endnote w:type="continuationSeparator" w:id="0">
    <w:p w:rsidR="00C2031E" w:rsidRDefault="00C20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24F6" w:rsidRDefault="00C2031E">
    <w:pPr>
      <w:pStyle w:val="a7"/>
      <w:jc w:val="right"/>
    </w:pPr>
    <w:r>
      <w:rPr>
        <w:sz w:val="16"/>
      </w:rPr>
      <w:t xml:space="preserve">LexAssist — публичная оферта  |  </w:t>
    </w:r>
    <w:r>
      <w:fldChar w:fldCharType="begin"/>
    </w:r>
    <w:r>
      <w:instrText>PAGE</w:instrText>
    </w:r>
    <w:r>
      <w:fldChar w:fldCharType="separate"/>
    </w:r>
    <w:r w:rsidR="00A35BE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2031E" w:rsidRDefault="00C2031E">
      <w:pPr>
        <w:spacing w:after="0" w:line="240" w:lineRule="auto"/>
      </w:pPr>
      <w:r>
        <w:separator/>
      </w:r>
    </w:p>
  </w:footnote>
  <w:footnote w:type="continuationSeparator" w:id="0">
    <w:p w:rsidR="00C2031E" w:rsidRDefault="00C203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C94"/>
    <w:rsid w:val="00034616"/>
    <w:rsid w:val="0006063C"/>
    <w:rsid w:val="0015074B"/>
    <w:rsid w:val="0029639D"/>
    <w:rsid w:val="00326F90"/>
    <w:rsid w:val="004C24F6"/>
    <w:rsid w:val="0061245E"/>
    <w:rsid w:val="006F06A1"/>
    <w:rsid w:val="0082421D"/>
    <w:rsid w:val="00A35BE6"/>
    <w:rsid w:val="00AA1D8D"/>
    <w:rsid w:val="00B47730"/>
    <w:rsid w:val="00C2031E"/>
    <w:rsid w:val="00C2120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D11931"/>
  <w14:defaultImageDpi w14:val="300"/>
  <w15:docId w15:val="{5A394A08-6D01-40EC-A334-BF0D5BCB2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pPr>
      <w:spacing w:after="120" w:line="264" w:lineRule="auto"/>
    </w:pPr>
    <w:rPr>
      <w:rFonts w:ascii="Arial" w:eastAsia="Arial" w:hAnsi="Arial" w:cs="Arial"/>
      <w:color w:val="000000"/>
      <w:sz w:val="21"/>
    </w:rPr>
  </w:style>
  <w:style w:type="paragraph" w:styleId="1">
    <w:name w:val="heading 1"/>
    <w:basedOn w:val="a1"/>
    <w:next w:val="a1"/>
    <w:link w:val="10"/>
    <w:uiPriority w:val="9"/>
    <w:qFormat/>
    <w:rsid w:val="00FC693F"/>
    <w:pPr>
      <w:keepNext/>
      <w:keepLines/>
      <w:spacing w:before="260"/>
      <w:outlineLvl w:val="0"/>
    </w:pPr>
    <w:rPr>
      <w:rFonts w:asciiTheme="majorHAnsi" w:eastAsiaTheme="majorEastAsia" w:hAnsiTheme="majorHAnsi" w:cstheme="majorBidi"/>
      <w:b/>
      <w:bCs/>
      <w:sz w:val="24"/>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spacing w:line="240" w:lineRule="auto"/>
      <w:contextualSpacing/>
    </w:pPr>
    <w:rPr>
      <w:rFonts w:asciiTheme="majorHAnsi" w:eastAsiaTheme="majorEastAsia" w:hAnsiTheme="majorHAnsi" w:cstheme="majorBidi"/>
      <w:b/>
      <w:spacing w:val="5"/>
      <w:kern w:val="28"/>
      <w:sz w:val="38"/>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keepNext/>
      <w:numPr>
        <w:ilvl w:val="1"/>
      </w:numPr>
      <w:spacing w:after="180"/>
    </w:pPr>
    <w:rPr>
      <w:rFonts w:asciiTheme="majorHAnsi" w:eastAsiaTheme="majorEastAsia" w:hAnsiTheme="majorHAnsi" w:cstheme="majorBidi"/>
      <w:iCs/>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CEA84-6BA0-4912-8EBD-DDAD4EB5E7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2137</Words>
  <Characters>12187</Characters>
  <Application>Microsoft Office Word</Application>
  <DocSecurity>0</DocSecurity>
  <Lines>101</Lines>
  <Paragraphs>28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LexAssist — публичная оферта</vt:lpstr>
      <vt:lpstr/>
    </vt:vector>
  </TitlesOfParts>
  <Manager/>
  <Company/>
  <LinksUpToDate>false</LinksUpToDate>
  <CharactersWithSpaces>14296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LexAssist — публичная оферта</dc:title>
  <dc:subject>LexAssist</dc:subject>
  <dc:creator>ИП Буланова Ольга Дмитриевна</dc:creator>
  <cp:keywords>LexAssist, претензия, 500 рублей</cp:keywords>
  <dc:description>generated by python-docx</dc:description>
  <cp:lastModifiedBy>Буланов Дмитрий Сергеевич</cp:lastModifiedBy>
  <cp:revision>2</cp:revision>
  <dcterms:created xsi:type="dcterms:W3CDTF">2026-10-28T00:00:00Z</dcterms:created>
  <dcterms:modified xsi:type="dcterms:W3CDTF">2026-10-28T13:02:00Z</dcterms:modified>
  <cp:category/>
</cp:coreProperties>
</file>